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 w:line="276" w:lineRule="auto"/>
        <w:jc w:val="center"/>
      </w:pPr>
      <w:r>
        <w:rPr>
          <w:rFonts w:ascii="Tahoma" w:hAnsi="Tahoma" w:cs="Tahoma"/>
          <w:b/>
          <w:sz w:val="26"/>
        </w:rPr>
        <w:t>แบบฟอร์มใบลาออก</w:t>
      </w:r>
    </w:p>
    <w:p>
      <w:pPr>
        <w:spacing w:after="160" w:line="276" w:lineRule="auto"/>
        <w:jc w:val="right"/>
      </w:pPr>
      <w:r>
        <w:rPr>
          <w:rFonts w:ascii="Tahoma" w:hAnsi="Tahoma" w:cs="Tahoma"/>
          <w:b w:val="0"/>
          <w:sz w:val="26"/>
        </w:rPr>
        <w:t>วันที่ .......... เดือน ........................ พ.ศ. ..........</w:t>
      </w:r>
    </w:p>
    <w:p>
      <w:pPr>
        <w:spacing w:after="80" w:line="276" w:lineRule="auto"/>
        <w:jc w:val="left"/>
      </w:pPr>
      <w:r>
        <w:rPr>
          <w:rFonts w:ascii="Tahoma" w:hAnsi="Tahoma" w:cs="Tahoma"/>
          <w:b/>
          <w:sz w:val="26"/>
        </w:rPr>
        <w:t>เรื่อง  ขอแจ้งลาออก</w:t>
      </w:r>
    </w:p>
    <w:p>
      <w:pPr>
        <w:spacing w:after="80" w:line="276" w:lineRule="auto"/>
        <w:jc w:val="left"/>
      </w:pPr>
      <w:r>
        <w:rPr>
          <w:rFonts w:ascii="Tahoma" w:hAnsi="Tahoma" w:cs="Tahoma"/>
          <w:b w:val="0"/>
          <w:sz w:val="26"/>
        </w:rPr>
        <w:t>เรียน  ........................................................................................................</w:t>
      </w:r>
    </w:p>
    <w:p>
      <w:pPr>
        <w:spacing w:after="80" w:line="276" w:lineRule="auto"/>
        <w:jc w:val="left"/>
      </w:pPr>
      <w:r>
        <w:rPr>
          <w:rFonts w:ascii="Tahoma" w:hAnsi="Tahoma" w:cs="Tahoma"/>
          <w:b w:val="0"/>
          <w:sz w:val="26"/>
        </w:rPr>
      </w:r>
    </w:p>
    <w:p>
      <w:pPr>
        <w:spacing w:after="80" w:line="276" w:lineRule="auto"/>
        <w:jc w:val="left"/>
      </w:pPr>
      <w:r>
        <w:rPr>
          <w:rFonts w:ascii="Tahoma" w:hAnsi="Tahoma" w:cs="Tahoma"/>
          <w:b w:val="0"/>
          <w:sz w:val="26"/>
        </w:rPr>
        <w:t>ข้าพเจ้า ........................................................................ ตำแหน่ง ........................................................</w:t>
      </w:r>
    </w:p>
    <w:p>
      <w:pPr>
        <w:spacing w:after="80" w:line="276" w:lineRule="auto"/>
        <w:jc w:val="left"/>
      </w:pPr>
      <w:r>
        <w:rPr>
          <w:rFonts w:ascii="Tahoma" w:hAnsi="Tahoma" w:cs="Tahoma"/>
          <w:b w:val="0"/>
          <w:sz w:val="26"/>
        </w:rPr>
        <w:t>ฝ่าย / แผนก ........................................................ บริษัท ........................................................................</w:t>
      </w:r>
    </w:p>
    <w:p>
      <w:pPr>
        <w:spacing w:after="80" w:line="276" w:lineRule="auto"/>
        <w:jc w:val="left"/>
      </w:pPr>
      <w:r>
        <w:rPr>
          <w:rFonts w:ascii="Tahoma" w:hAnsi="Tahoma" w:cs="Tahoma"/>
          <w:b w:val="0"/>
          <w:sz w:val="26"/>
        </w:rPr>
        <w:t>มีความประสงค์ขอลาออกจากตำแหน่งดังกล่าว โดยให้วันทำงานวันสุดท้ายเป็นวันที่</w:t>
      </w:r>
    </w:p>
    <w:p>
      <w:pPr>
        <w:spacing w:after="80" w:line="276" w:lineRule="auto"/>
        <w:jc w:val="left"/>
      </w:pPr>
      <w:r>
        <w:rPr>
          <w:rFonts w:ascii="Tahoma" w:hAnsi="Tahoma" w:cs="Tahoma"/>
          <w:b w:val="0"/>
          <w:sz w:val="26"/>
        </w:rPr>
        <w:t>.......... เดือน ........................ พ.ศ. ..........</w:t>
      </w:r>
    </w:p>
    <w:p>
      <w:pPr>
        <w:spacing w:after="80" w:line="276" w:lineRule="auto"/>
        <w:jc w:val="left"/>
      </w:pPr>
      <w:r>
        <w:rPr>
          <w:rFonts w:ascii="Tahoma" w:hAnsi="Tahoma" w:cs="Tahoma"/>
          <w:b w:val="0"/>
          <w:sz w:val="26"/>
        </w:rPr>
      </w:r>
    </w:p>
    <w:p>
      <w:pPr>
        <w:spacing w:after="80" w:line="276" w:lineRule="auto"/>
        <w:jc w:val="left"/>
      </w:pPr>
      <w:r>
        <w:rPr>
          <w:rFonts w:ascii="Tahoma" w:hAnsi="Tahoma" w:cs="Tahoma"/>
          <w:b w:val="0"/>
          <w:sz w:val="26"/>
        </w:rPr>
        <w:t>เหตุผลการลาออก (ถ้ามี)</w:t>
      </w:r>
    </w:p>
    <w:p>
      <w:pPr>
        <w:spacing w:after="80" w:line="276" w:lineRule="auto"/>
        <w:jc w:val="left"/>
      </w:pPr>
      <w:r>
        <w:rPr>
          <w:rFonts w:ascii="Tahoma" w:hAnsi="Tahoma" w:cs="Tahoma"/>
          <w:b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after="80" w:line="276" w:lineRule="auto"/>
        <w:jc w:val="left"/>
      </w:pPr>
      <w:r>
        <w:rPr>
          <w:rFonts w:ascii="Tahoma" w:hAnsi="Tahoma" w:cs="Tahoma"/>
          <w:b w:val="0"/>
          <w:sz w:val="26"/>
        </w:rPr>
        <w:t>........................................................................................................................................</w:t>
      </w:r>
    </w:p>
    <w:p>
      <w:pPr>
        <w:spacing w:after="80" w:line="276" w:lineRule="auto"/>
        <w:jc w:val="left"/>
      </w:pPr>
      <w:r>
        <w:rPr>
          <w:rFonts w:ascii="Tahoma" w:hAnsi="Tahoma" w:cs="Tahoma"/>
          <w:b w:val="0"/>
          <w:sz w:val="26"/>
        </w:rPr>
      </w:r>
    </w:p>
    <w:p>
      <w:pPr>
        <w:spacing w:after="80" w:line="276" w:lineRule="auto"/>
        <w:jc w:val="left"/>
      </w:pPr>
      <w:r>
        <w:rPr>
          <w:rFonts w:ascii="Tahoma" w:hAnsi="Tahoma" w:cs="Tahoma"/>
          <w:b w:val="0"/>
          <w:sz w:val="26"/>
        </w:rPr>
        <w:t>ข้าพเจ้าจะปฏิบัติหน้าที่และส่งมอบงานที่รับผิดชอบให้เรียบร้อยก่อนวันทำงานวันสุดท้าย</w:t>
      </w:r>
    </w:p>
    <w:p>
      <w:pPr>
        <w:spacing w:after="80" w:line="276" w:lineRule="auto"/>
        <w:jc w:val="left"/>
      </w:pPr>
      <w:r>
        <w:rPr>
          <w:rFonts w:ascii="Tahoma" w:hAnsi="Tahoma" w:cs="Tahoma"/>
          <w:b w:val="0"/>
          <w:sz w:val="26"/>
        </w:rPr>
        <w:t>จึงเรียนมาเพื่อโปรดพิจารณา</w:t>
      </w:r>
    </w:p>
    <w:p>
      <w:pPr>
        <w:spacing w:after="80" w:line="276" w:lineRule="auto"/>
        <w:jc w:val="left"/>
      </w:pPr>
      <w:r>
        <w:rPr>
          <w:rFonts w:ascii="Tahoma" w:hAnsi="Tahoma" w:cs="Tahoma"/>
          <w:b w:val="0"/>
          <w:sz w:val="26"/>
        </w:rPr>
      </w:r>
    </w:p>
    <w:p>
      <w:pPr>
        <w:spacing w:after="80" w:line="276" w:lineRule="auto"/>
        <w:jc w:val="right"/>
      </w:pPr>
      <w:r>
        <w:rPr>
          <w:rFonts w:ascii="Tahoma" w:hAnsi="Tahoma" w:cs="Tahoma"/>
          <w:b w:val="0"/>
          <w:sz w:val="26"/>
        </w:rPr>
        <w:t>ขอแสดงความนับถือ</w:t>
      </w:r>
    </w:p>
    <w:p>
      <w:pPr>
        <w:spacing w:after="80" w:line="276" w:lineRule="auto"/>
        <w:jc w:val="right"/>
      </w:pPr>
      <w:r>
        <w:rPr>
          <w:rFonts w:ascii="Tahoma" w:hAnsi="Tahoma" w:cs="Tahoma"/>
          <w:b w:val="0"/>
          <w:sz w:val="26"/>
        </w:rPr>
        <w:t>ลงชื่อ ........................................................</w:t>
      </w:r>
    </w:p>
    <w:p>
      <w:pPr>
        <w:spacing w:after="80" w:line="276" w:lineRule="auto"/>
        <w:jc w:val="right"/>
      </w:pPr>
      <w:r>
        <w:rPr>
          <w:rFonts w:ascii="Tahoma" w:hAnsi="Tahoma" w:cs="Tahoma"/>
          <w:b w:val="0"/>
          <w:sz w:val="26"/>
        </w:rPr>
        <w:t>(........................................................)</w:t>
      </w:r>
    </w:p>
    <w:p>
      <w:pPr>
        <w:spacing w:after="80" w:line="276" w:lineRule="auto"/>
        <w:jc w:val="right"/>
      </w:pPr>
      <w:r>
        <w:rPr>
          <w:rFonts w:ascii="Tahoma" w:hAnsi="Tahoma" w:cs="Tahoma"/>
          <w:b w:val="0"/>
          <w:sz w:val="26"/>
        </w:rPr>
        <w:t>ผู้ลาออก</w:t>
      </w:r>
    </w:p>
    <w:sectPr w:rsidR="00FC693F" w:rsidRPr="0006063C" w:rsidSect="00034616">
      <w:pgSz w:w="12240" w:h="15840"/>
      <w:pgMar w:top="1304" w:right="1417" w:bottom="130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homa" w:hAnsi="Tahoma" w:cs="Tahoma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homa" w:hAnsi="Tahoma" w:cs="Tahoma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แบบฟอร์มใบลาออก</dc:title>
  <dc:subject>แบบฟอร์มใบลาออกภาษาไทยสำหรับพนักงานบริษัท</dc:subject>
  <dc:creator>Thai Work Tools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